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41"/>
        <w:gridCol w:w="7841"/>
      </w:tblGrid>
      <w:tr w:rsidR="00AD162E" w14:paraId="38208261" w14:textId="77777777">
        <w:tc>
          <w:tcPr>
            <w:tcW w:w="7841" w:type="dx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6E90FE2" w14:textId="77777777" w:rsidR="00AD162E" w:rsidRPr="0033144F" w:rsidRDefault="00000000" w:rsidP="0033144F">
            <w:pPr>
              <w:spacing w:after="120"/>
              <w:jc w:val="center"/>
              <w:rPr>
                <w:u w:val="single"/>
              </w:rPr>
            </w:pPr>
            <w:r w:rsidRPr="0033144F">
              <w:rPr>
                <w:b/>
                <w:sz w:val="19"/>
                <w:u w:val="single"/>
              </w:rPr>
              <w:t>Materská škola, Komenského, 1162/38, Kysucké Nové Mesto</w:t>
            </w:r>
          </w:p>
          <w:p w14:paraId="76132A7D" w14:textId="77777777" w:rsidR="00AD162E" w:rsidRDefault="00000000" w:rsidP="0033144F">
            <w:pPr>
              <w:spacing w:after="80"/>
              <w:jc w:val="center"/>
            </w:pPr>
            <w:r>
              <w:rPr>
                <w:b/>
                <w:sz w:val="18"/>
              </w:rPr>
              <w:t>Časť A. (vyplní škola)</w:t>
            </w:r>
          </w:p>
          <w:p w14:paraId="5851F1FF" w14:textId="77777777" w:rsidR="00AD162E" w:rsidRDefault="00000000" w:rsidP="0033144F">
            <w:pPr>
              <w:spacing w:after="160"/>
              <w:jc w:val="center"/>
            </w:pPr>
            <w:r>
              <w:rPr>
                <w:b/>
                <w:sz w:val="20"/>
              </w:rPr>
              <w:t>Potvrdenie lekára na ospravedlnenie neprítomnosti dieťaťa z dôvodu ochorenia alebo úrazu</w:t>
            </w:r>
          </w:p>
          <w:p w14:paraId="5ABDB5C0" w14:textId="77777777" w:rsidR="00AD162E" w:rsidRDefault="00000000" w:rsidP="0033144F">
            <w:pPr>
              <w:spacing w:after="80"/>
              <w:jc w:val="both"/>
            </w:pPr>
            <w:r>
              <w:rPr>
                <w:sz w:val="18"/>
              </w:rPr>
              <w:t>Meno a priezvisko dieťaťa: ..........................................................................................</w:t>
            </w:r>
          </w:p>
          <w:p w14:paraId="3AF27917" w14:textId="09CAA191" w:rsidR="00AD162E" w:rsidRDefault="00000000" w:rsidP="0033144F">
            <w:pPr>
              <w:spacing w:after="80"/>
              <w:jc w:val="both"/>
            </w:pPr>
            <w:proofErr w:type="spellStart"/>
            <w:r>
              <w:rPr>
                <w:sz w:val="18"/>
              </w:rPr>
              <w:t>Školský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rok</w:t>
            </w:r>
            <w:proofErr w:type="spellEnd"/>
            <w:r w:rsidR="0033144F">
              <w:rPr>
                <w:sz w:val="18"/>
              </w:rPr>
              <w:t>:</w:t>
            </w:r>
            <w:r>
              <w:rPr>
                <w:sz w:val="18"/>
              </w:rPr>
              <w:t xml:space="preserve"> 2026/ 2027</w:t>
            </w:r>
          </w:p>
          <w:p w14:paraId="031C483E" w14:textId="77777777" w:rsidR="00AD162E" w:rsidRDefault="00000000" w:rsidP="0033144F">
            <w:pPr>
              <w:spacing w:after="40"/>
              <w:jc w:val="both"/>
            </w:pPr>
            <w:r>
              <w:rPr>
                <w:sz w:val="17"/>
              </w:rPr>
              <w:t>Neprítomnosť z dôvodu ochorenia  od ....................................... do ......................................</w:t>
            </w:r>
          </w:p>
          <w:p w14:paraId="6F0C20AD" w14:textId="10ACF384" w:rsidR="00AD162E" w:rsidRDefault="00000000" w:rsidP="0033144F">
            <w:pPr>
              <w:spacing w:after="120"/>
              <w:jc w:val="both"/>
            </w:pPr>
            <w:r>
              <w:rPr>
                <w:sz w:val="17"/>
              </w:rPr>
              <w:t xml:space="preserve">                                </w:t>
            </w:r>
            <w:r w:rsidR="0033144F">
              <w:rPr>
                <w:sz w:val="17"/>
              </w:rPr>
              <w:t xml:space="preserve">                                 </w:t>
            </w:r>
            <w:r>
              <w:rPr>
                <w:sz w:val="17"/>
              </w:rPr>
              <w:t xml:space="preserve">  od ...................................... do .......................................</w:t>
            </w:r>
          </w:p>
          <w:p w14:paraId="3F4E88DB" w14:textId="77777777" w:rsidR="00AD162E" w:rsidRDefault="00000000" w:rsidP="0033144F">
            <w:pPr>
              <w:spacing w:after="80"/>
            </w:pPr>
            <w:r>
              <w:rPr>
                <w:i/>
                <w:sz w:val="17"/>
              </w:rPr>
              <w:t>Predloženie potvrdenia od lekára sa vyžaduje z dôvodu, že: *</w:t>
            </w:r>
          </w:p>
          <w:p w14:paraId="42E51BA4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a) neprítomnosť dieťaťa z dôvodu ochorenia alebo úrazu trvala viac ako 7 po sebe nasledujúcich vyučovacích dní,</w:t>
            </w:r>
          </w:p>
          <w:p w14:paraId="6A623380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b) neprítomnosť dieťaťa z dôvodu ochorenia alebo úrazu presiahla počet vyučovacích dní v sledovanom období podľa príslušného režimu ospravedlňovania,</w:t>
            </w:r>
          </w:p>
          <w:p w14:paraId="545E95EF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c) materská škola vyžaduje lekárske potvrdenie o chorobe podľa § 144 ods. 13 školského zákona v odôvodnenom prípade (opakovaná neprítomnosť dieťaťa).</w:t>
            </w:r>
          </w:p>
          <w:p w14:paraId="4BAAC2E5" w14:textId="77777777" w:rsidR="00AD162E" w:rsidRDefault="00000000" w:rsidP="0033144F">
            <w:pPr>
              <w:spacing w:after="240"/>
            </w:pPr>
            <w:r>
              <w:rPr>
                <w:i/>
                <w:sz w:val="15"/>
              </w:rPr>
              <w:t xml:space="preserve">Sledovaným obdobím podľa písmena b) </w:t>
            </w:r>
            <w:r w:rsidRPr="0033144F">
              <w:rPr>
                <w:i/>
                <w:sz w:val="15"/>
                <w:u w:val="single"/>
              </w:rPr>
              <w:t>je polrok školského roka,</w:t>
            </w:r>
            <w:r>
              <w:rPr>
                <w:i/>
                <w:sz w:val="15"/>
              </w:rPr>
              <w:t xml:space="preserve"> kalendárny mesiac alebo dva po sebe nasledujúce kalendárne mesiace podľa režimu ospravedlňovania.</w:t>
            </w:r>
          </w:p>
          <w:p w14:paraId="1090A2FD" w14:textId="77777777" w:rsidR="0033144F" w:rsidRDefault="0033144F" w:rsidP="0033144F">
            <w:pPr>
              <w:spacing w:after="240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Mgr. Ján Mišáni </w:t>
            </w:r>
            <w:r>
              <w:rPr>
                <w:sz w:val="16"/>
              </w:rPr>
              <w:br/>
              <w:t xml:space="preserve">                                                                                                                          ……………………………………</w:t>
            </w:r>
          </w:p>
          <w:p w14:paraId="7103B98F" w14:textId="4A29D2BA" w:rsidR="00AD162E" w:rsidRPr="0033144F" w:rsidRDefault="0033144F" w:rsidP="0033144F">
            <w:pPr>
              <w:spacing w:after="240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     </w:t>
            </w:r>
            <w:proofErr w:type="spellStart"/>
            <w:r>
              <w:rPr>
                <w:sz w:val="16"/>
              </w:rPr>
              <w:t>podpis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riaditeľa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materskej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školy</w:t>
            </w:r>
            <w:proofErr w:type="spellEnd"/>
          </w:p>
          <w:p w14:paraId="76F720B8" w14:textId="77777777" w:rsidR="0033144F" w:rsidRDefault="0033144F">
            <w:pPr>
              <w:spacing w:after="80"/>
              <w:rPr>
                <w:b/>
                <w:sz w:val="18"/>
              </w:rPr>
            </w:pPr>
          </w:p>
          <w:p w14:paraId="36F29225" w14:textId="4A92A600" w:rsidR="00AD162E" w:rsidRDefault="00000000">
            <w:pPr>
              <w:spacing w:after="80"/>
            </w:pPr>
            <w:proofErr w:type="spellStart"/>
            <w:r>
              <w:rPr>
                <w:b/>
                <w:sz w:val="18"/>
              </w:rPr>
              <w:t>Časť</w:t>
            </w:r>
            <w:proofErr w:type="spellEnd"/>
            <w:r>
              <w:rPr>
                <w:b/>
                <w:sz w:val="18"/>
              </w:rPr>
              <w:t xml:space="preserve"> B. (vyplní lekár)</w:t>
            </w:r>
          </w:p>
          <w:p w14:paraId="6C031055" w14:textId="77777777" w:rsidR="005C19FE" w:rsidRDefault="00000000">
            <w:pPr>
              <w:spacing w:after="120"/>
              <w:rPr>
                <w:sz w:val="17"/>
              </w:rPr>
            </w:pPr>
            <w:r>
              <w:rPr>
                <w:sz w:val="17"/>
              </w:rPr>
              <w:t xml:space="preserve">Názov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adresa zdravotníckeho zariadenia:</w:t>
            </w:r>
            <w:r>
              <w:rPr>
                <w:sz w:val="17"/>
              </w:rPr>
              <w:br/>
            </w:r>
          </w:p>
          <w:p w14:paraId="12DD5E33" w14:textId="7868EAC2" w:rsidR="00AD162E" w:rsidRDefault="00000000">
            <w:pPr>
              <w:spacing w:after="1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</w:t>
            </w:r>
          </w:p>
          <w:p w14:paraId="51738C50" w14:textId="77777777" w:rsidR="00AD162E" w:rsidRDefault="00000000">
            <w:pPr>
              <w:spacing w:after="160"/>
            </w:pPr>
            <w:r>
              <w:rPr>
                <w:sz w:val="17"/>
              </w:rPr>
              <w:t>Potvrdzujem, že dieťa bolo v období     od ........................... do ...........................   choré.</w:t>
            </w:r>
          </w:p>
          <w:p w14:paraId="4F7F6AD2" w14:textId="77777777" w:rsidR="0033144F" w:rsidRDefault="00000000">
            <w:pPr>
              <w:spacing w:after="240"/>
              <w:rPr>
                <w:sz w:val="17"/>
              </w:rPr>
            </w:pPr>
            <w:r>
              <w:rPr>
                <w:sz w:val="17"/>
              </w:rPr>
              <w:t>Dátum vystavenia potvrdenia: ....................................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  <w:p w14:paraId="58DAC555" w14:textId="68844DE3" w:rsidR="00AD162E" w:rsidRDefault="0033144F" w:rsidP="0033144F">
            <w:pPr>
              <w:spacing w:after="240"/>
              <w:jc w:val="center"/>
            </w:pPr>
            <w:r>
              <w:rPr>
                <w:sz w:val="17"/>
              </w:rPr>
              <w:t xml:space="preserve">                                                                                             ..............................................</w:t>
            </w:r>
            <w:r>
              <w:rPr>
                <w:sz w:val="17"/>
              </w:rPr>
              <w:br/>
              <w:t xml:space="preserve">                                                                                                </w:t>
            </w:r>
            <w:proofErr w:type="spellStart"/>
            <w:r>
              <w:rPr>
                <w:sz w:val="17"/>
              </w:rPr>
              <w:t>podpis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pečiatka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lekára</w:t>
            </w:r>
            <w:proofErr w:type="spellEnd"/>
          </w:p>
          <w:p w14:paraId="5BD139C6" w14:textId="77777777" w:rsidR="00AD162E" w:rsidRDefault="00000000">
            <w:r>
              <w:rPr>
                <w:i/>
                <w:sz w:val="15"/>
              </w:rPr>
              <w:t>* Relevantnú možnosť vyznačí materská škola</w:t>
            </w:r>
          </w:p>
        </w:tc>
        <w:tc>
          <w:tcPr>
            <w:tcW w:w="7841" w:type="dx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4A2505A" w14:textId="77777777" w:rsidR="00AD162E" w:rsidRPr="0033144F" w:rsidRDefault="00000000" w:rsidP="0033144F">
            <w:pPr>
              <w:spacing w:after="120"/>
              <w:jc w:val="center"/>
              <w:rPr>
                <w:u w:val="single"/>
              </w:rPr>
            </w:pPr>
            <w:r w:rsidRPr="0033144F">
              <w:rPr>
                <w:b/>
                <w:sz w:val="19"/>
                <w:u w:val="single"/>
              </w:rPr>
              <w:t>Materská škola, Komenského, 1162/38, Kysucké Nové Mesto</w:t>
            </w:r>
          </w:p>
          <w:p w14:paraId="61F143FE" w14:textId="77777777" w:rsidR="00AD162E" w:rsidRDefault="00000000" w:rsidP="0033144F">
            <w:pPr>
              <w:spacing w:after="80"/>
              <w:jc w:val="center"/>
            </w:pPr>
            <w:r>
              <w:rPr>
                <w:b/>
                <w:sz w:val="18"/>
              </w:rPr>
              <w:t>Časť A. (vyplní škola)</w:t>
            </w:r>
          </w:p>
          <w:p w14:paraId="7FCA430F" w14:textId="77777777" w:rsidR="00AD162E" w:rsidRDefault="00000000" w:rsidP="0033144F">
            <w:pPr>
              <w:spacing w:after="160"/>
              <w:jc w:val="center"/>
            </w:pPr>
            <w:r>
              <w:rPr>
                <w:b/>
                <w:sz w:val="20"/>
              </w:rPr>
              <w:t>Potvrdenie lekára na ospravedlnenie neprítomnosti dieťaťa z dôvodu ochorenia alebo úrazu</w:t>
            </w:r>
          </w:p>
          <w:p w14:paraId="0D7B83D9" w14:textId="35C5701E" w:rsidR="00AD162E" w:rsidRDefault="0033144F" w:rsidP="0033144F">
            <w:pPr>
              <w:spacing w:after="80"/>
              <w:jc w:val="both"/>
            </w:pPr>
            <w:r>
              <w:rPr>
                <w:sz w:val="18"/>
              </w:rPr>
              <w:t xml:space="preserve"> Meno a </w:t>
            </w:r>
            <w:proofErr w:type="spellStart"/>
            <w:r>
              <w:rPr>
                <w:sz w:val="18"/>
              </w:rPr>
              <w:t>priezvisko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dieťaťa</w:t>
            </w:r>
            <w:proofErr w:type="spellEnd"/>
            <w:r>
              <w:rPr>
                <w:sz w:val="18"/>
              </w:rPr>
              <w:t>: ..........................................................................................</w:t>
            </w:r>
          </w:p>
          <w:p w14:paraId="567DD6CD" w14:textId="3A2388BC" w:rsidR="00AD162E" w:rsidRDefault="0033144F" w:rsidP="0033144F">
            <w:pPr>
              <w:spacing w:after="80"/>
              <w:jc w:val="both"/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Školský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rok</w:t>
            </w:r>
            <w:proofErr w:type="spellEnd"/>
            <w:r>
              <w:rPr>
                <w:sz w:val="18"/>
              </w:rPr>
              <w:t xml:space="preserve"> :</w:t>
            </w:r>
            <w:proofErr w:type="gramEnd"/>
            <w:r>
              <w:rPr>
                <w:sz w:val="18"/>
              </w:rPr>
              <w:t xml:space="preserve"> 2026/ 2027</w:t>
            </w:r>
          </w:p>
          <w:p w14:paraId="34A64E71" w14:textId="0CE2475D" w:rsidR="00AD162E" w:rsidRDefault="0033144F" w:rsidP="0033144F">
            <w:pPr>
              <w:spacing w:after="40"/>
              <w:jc w:val="both"/>
            </w:pP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Neprítomnosť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dôvodu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proofErr w:type="gramStart"/>
            <w:r>
              <w:rPr>
                <w:sz w:val="17"/>
              </w:rPr>
              <w:t>ochorenia</w:t>
            </w:r>
            <w:proofErr w:type="spellEnd"/>
            <w:r>
              <w:rPr>
                <w:sz w:val="17"/>
              </w:rPr>
              <w:t xml:space="preserve">  od</w:t>
            </w:r>
            <w:proofErr w:type="gramEnd"/>
            <w:r>
              <w:rPr>
                <w:sz w:val="17"/>
              </w:rPr>
              <w:t xml:space="preserve"> ....................................... do ......................................</w:t>
            </w:r>
          </w:p>
          <w:p w14:paraId="6B1C01F7" w14:textId="4B14D237" w:rsidR="00AD162E" w:rsidRDefault="00000000" w:rsidP="0033144F">
            <w:pPr>
              <w:spacing w:after="120"/>
              <w:jc w:val="both"/>
            </w:pPr>
            <w:r>
              <w:rPr>
                <w:sz w:val="17"/>
              </w:rPr>
              <w:t xml:space="preserve">                           </w:t>
            </w:r>
            <w:r w:rsidR="0033144F">
              <w:rPr>
                <w:sz w:val="17"/>
              </w:rPr>
              <w:t xml:space="preserve">                                   </w:t>
            </w:r>
            <w:r>
              <w:rPr>
                <w:sz w:val="17"/>
              </w:rPr>
              <w:t xml:space="preserve">       od ...................................... do .......................................</w:t>
            </w:r>
          </w:p>
          <w:p w14:paraId="2C84546C" w14:textId="0985EB28" w:rsidR="00AD162E" w:rsidRDefault="0033144F" w:rsidP="0033144F">
            <w:pPr>
              <w:spacing w:after="80"/>
              <w:jc w:val="both"/>
            </w:pPr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Predloženie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potvrdenia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 w:rsidR="002A0753">
              <w:rPr>
                <w:i/>
                <w:sz w:val="17"/>
              </w:rPr>
              <w:t>od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lekára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vyžaduje</w:t>
            </w:r>
            <w:proofErr w:type="spellEnd"/>
            <w:r>
              <w:rPr>
                <w:i/>
                <w:sz w:val="17"/>
              </w:rPr>
              <w:t xml:space="preserve"> z </w:t>
            </w:r>
            <w:proofErr w:type="spellStart"/>
            <w:r>
              <w:rPr>
                <w:i/>
                <w:sz w:val="17"/>
              </w:rPr>
              <w:t>dôvodu</w:t>
            </w:r>
            <w:proofErr w:type="spellEnd"/>
            <w:r>
              <w:rPr>
                <w:i/>
                <w:sz w:val="17"/>
              </w:rPr>
              <w:t>, že: *</w:t>
            </w:r>
          </w:p>
          <w:p w14:paraId="6BA77817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a) neprítomnosť dieťaťa z dôvodu ochorenia alebo úrazu trvala viac ako 7 po sebe nasledujúcich vyučovacích dní,</w:t>
            </w:r>
          </w:p>
          <w:p w14:paraId="12B707CA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b) neprítomnosť dieťaťa z dôvodu ochorenia alebo úrazu presiahla počet vyučovacích dní v sledovanom období podľa príslušného režimu ospravedlňovania,</w:t>
            </w:r>
          </w:p>
          <w:p w14:paraId="12B2868F" w14:textId="77777777" w:rsidR="00AD162E" w:rsidRDefault="00000000" w:rsidP="0033144F">
            <w:pPr>
              <w:spacing w:after="60"/>
              <w:ind w:left="216"/>
            </w:pPr>
            <w:r>
              <w:rPr>
                <w:sz w:val="16"/>
              </w:rPr>
              <w:t>c) materská škola vyžaduje lekárske potvrdenie o chorobe podľa § 144 ods. 13 školského zákona v odôvodnenom prípade (opakovaná neprítomnosť dieťaťa).</w:t>
            </w:r>
          </w:p>
          <w:p w14:paraId="65E0DBF0" w14:textId="210E9CE9" w:rsidR="00AD162E" w:rsidRDefault="0033144F" w:rsidP="0033144F">
            <w:pPr>
              <w:spacing w:after="240"/>
            </w:pPr>
            <w:r>
              <w:rPr>
                <w:i/>
                <w:sz w:val="15"/>
              </w:rPr>
              <w:t xml:space="preserve">  </w:t>
            </w:r>
            <w:proofErr w:type="spellStart"/>
            <w:r>
              <w:rPr>
                <w:i/>
                <w:sz w:val="15"/>
              </w:rPr>
              <w:t>Sledovaným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obdobím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podľa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písmena</w:t>
            </w:r>
            <w:proofErr w:type="spellEnd"/>
            <w:r>
              <w:rPr>
                <w:i/>
                <w:sz w:val="15"/>
              </w:rPr>
              <w:t xml:space="preserve"> b</w:t>
            </w:r>
            <w:r w:rsidRPr="0033144F">
              <w:rPr>
                <w:i/>
                <w:sz w:val="15"/>
                <w:u w:val="single"/>
              </w:rPr>
              <w:t>) je polrok školského roka</w:t>
            </w:r>
            <w:r>
              <w:rPr>
                <w:i/>
                <w:sz w:val="15"/>
              </w:rPr>
              <w:t xml:space="preserve">, kalendárny mesiac </w:t>
            </w:r>
            <w:proofErr w:type="spellStart"/>
            <w:r>
              <w:rPr>
                <w:i/>
                <w:sz w:val="15"/>
              </w:rPr>
              <w:t>alebo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dva</w:t>
            </w:r>
            <w:proofErr w:type="spellEnd"/>
            <w:r>
              <w:rPr>
                <w:i/>
                <w:sz w:val="15"/>
              </w:rPr>
              <w:t xml:space="preserve"> po </w:t>
            </w:r>
            <w:proofErr w:type="spellStart"/>
            <w:r>
              <w:rPr>
                <w:i/>
                <w:sz w:val="15"/>
              </w:rPr>
              <w:t>sebe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nasledujúce</w:t>
            </w:r>
            <w:proofErr w:type="spellEnd"/>
            <w:r>
              <w:rPr>
                <w:i/>
                <w:sz w:val="15"/>
              </w:rPr>
              <w:t xml:space="preserve">    </w:t>
            </w:r>
            <w:proofErr w:type="spellStart"/>
            <w:r>
              <w:rPr>
                <w:i/>
                <w:sz w:val="15"/>
              </w:rPr>
              <w:t>kalendárne</w:t>
            </w:r>
            <w:proofErr w:type="spellEnd"/>
            <w:r>
              <w:rPr>
                <w:i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mesiace</w:t>
            </w:r>
            <w:proofErr w:type="spellEnd"/>
            <w:r>
              <w:rPr>
                <w:i/>
                <w:sz w:val="15"/>
              </w:rPr>
              <w:t xml:space="preserve"> podľa režimu ospravedlňovania.</w:t>
            </w:r>
          </w:p>
          <w:p w14:paraId="4C9A8D4A" w14:textId="28D4B60F" w:rsidR="0033144F" w:rsidRDefault="0033144F">
            <w:pPr>
              <w:spacing w:after="240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                      Mgr. Ján Mišáni </w:t>
            </w:r>
          </w:p>
          <w:p w14:paraId="7E6264AB" w14:textId="2DD05597" w:rsidR="00AD162E" w:rsidRDefault="0033144F">
            <w:pPr>
              <w:spacing w:after="240"/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                ........................................... </w:t>
            </w:r>
            <w:r>
              <w:rPr>
                <w:sz w:val="16"/>
              </w:rPr>
              <w:br/>
              <w:t xml:space="preserve">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16"/>
              </w:rPr>
              <w:t>podpis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riaditeľa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materskej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školy</w:t>
            </w:r>
            <w:proofErr w:type="spellEnd"/>
          </w:p>
          <w:p w14:paraId="36944425" w14:textId="77777777" w:rsidR="0033144F" w:rsidRDefault="0033144F">
            <w:pPr>
              <w:spacing w:after="80"/>
              <w:rPr>
                <w:b/>
                <w:sz w:val="18"/>
              </w:rPr>
            </w:pPr>
          </w:p>
          <w:p w14:paraId="1FBCF633" w14:textId="01AF2111" w:rsidR="00AD162E" w:rsidRDefault="00000000">
            <w:pPr>
              <w:spacing w:after="80"/>
            </w:pPr>
            <w:proofErr w:type="spellStart"/>
            <w:r>
              <w:rPr>
                <w:b/>
                <w:sz w:val="18"/>
              </w:rPr>
              <w:t>Časť</w:t>
            </w:r>
            <w:proofErr w:type="spellEnd"/>
            <w:r>
              <w:rPr>
                <w:b/>
                <w:sz w:val="18"/>
              </w:rPr>
              <w:t xml:space="preserve"> B. (vyplní lekár)</w:t>
            </w:r>
          </w:p>
          <w:p w14:paraId="426521C7" w14:textId="77777777" w:rsidR="005C19FE" w:rsidRDefault="00000000">
            <w:pPr>
              <w:spacing w:after="120"/>
              <w:rPr>
                <w:sz w:val="17"/>
              </w:rPr>
            </w:pPr>
            <w:r>
              <w:rPr>
                <w:sz w:val="17"/>
              </w:rPr>
              <w:t xml:space="preserve">Názov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adresa zdravotníckeho zariadenia:</w:t>
            </w:r>
            <w:r>
              <w:rPr>
                <w:sz w:val="17"/>
              </w:rPr>
              <w:br/>
            </w:r>
          </w:p>
          <w:p w14:paraId="2F3DC298" w14:textId="4C967075" w:rsidR="00AD162E" w:rsidRDefault="00000000">
            <w:pPr>
              <w:spacing w:after="120"/>
            </w:pPr>
            <w:r>
              <w:rPr>
                <w:sz w:val="17"/>
              </w:rPr>
              <w:t>.................................................................................................................................................</w:t>
            </w:r>
          </w:p>
          <w:p w14:paraId="6F5F004E" w14:textId="77777777" w:rsidR="00AD162E" w:rsidRDefault="00000000">
            <w:pPr>
              <w:spacing w:after="160"/>
            </w:pPr>
            <w:r>
              <w:rPr>
                <w:sz w:val="17"/>
              </w:rPr>
              <w:t>Potvrdzujem, že dieťa bolo v období     od ........................... do ...........................   choré.</w:t>
            </w:r>
          </w:p>
          <w:p w14:paraId="22EB4D69" w14:textId="38056F97" w:rsidR="0033144F" w:rsidRDefault="00000000">
            <w:pPr>
              <w:spacing w:after="240"/>
              <w:rPr>
                <w:sz w:val="17"/>
              </w:rPr>
            </w:pPr>
            <w:r>
              <w:rPr>
                <w:sz w:val="17"/>
              </w:rPr>
              <w:t>Dátum vystavenia potvrdenia: ....................................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  <w:p w14:paraId="2A9BAE4B" w14:textId="6631E356" w:rsidR="00AD162E" w:rsidRDefault="00000000" w:rsidP="0033144F">
            <w:pPr>
              <w:spacing w:after="240"/>
              <w:jc w:val="right"/>
            </w:pPr>
            <w:r>
              <w:rPr>
                <w:sz w:val="17"/>
              </w:rPr>
              <w:t>.............................................</w:t>
            </w:r>
            <w:r>
              <w:rPr>
                <w:sz w:val="17"/>
              </w:rPr>
              <w:br/>
              <w:t>podpis a pečiatka lekára</w:t>
            </w:r>
          </w:p>
          <w:p w14:paraId="317A33C3" w14:textId="77777777" w:rsidR="00AD162E" w:rsidRDefault="00000000">
            <w:r>
              <w:rPr>
                <w:i/>
                <w:sz w:val="15"/>
              </w:rPr>
              <w:t>* Relevantnú možnosť vyznačí materská škola</w:t>
            </w:r>
          </w:p>
        </w:tc>
      </w:tr>
    </w:tbl>
    <w:p w14:paraId="5236821A" w14:textId="77777777" w:rsidR="000A199C" w:rsidRDefault="000A199C"/>
    <w:sectPr w:rsidR="000A199C" w:rsidSect="00034616">
      <w:pgSz w:w="16834" w:h="11909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7749005">
    <w:abstractNumId w:val="8"/>
  </w:num>
  <w:num w:numId="2" w16cid:durableId="2064712597">
    <w:abstractNumId w:val="6"/>
  </w:num>
  <w:num w:numId="3" w16cid:durableId="1213493281">
    <w:abstractNumId w:val="5"/>
  </w:num>
  <w:num w:numId="4" w16cid:durableId="2034070508">
    <w:abstractNumId w:val="4"/>
  </w:num>
  <w:num w:numId="5" w16cid:durableId="1072700043">
    <w:abstractNumId w:val="7"/>
  </w:num>
  <w:num w:numId="6" w16cid:durableId="908538826">
    <w:abstractNumId w:val="3"/>
  </w:num>
  <w:num w:numId="7" w16cid:durableId="1069225885">
    <w:abstractNumId w:val="2"/>
  </w:num>
  <w:num w:numId="8" w16cid:durableId="1976449242">
    <w:abstractNumId w:val="1"/>
  </w:num>
  <w:num w:numId="9" w16cid:durableId="855389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865"/>
    <w:rsid w:val="000A199C"/>
    <w:rsid w:val="0015074B"/>
    <w:rsid w:val="00191734"/>
    <w:rsid w:val="0029639D"/>
    <w:rsid w:val="002A0753"/>
    <w:rsid w:val="00326F90"/>
    <w:rsid w:val="0033144F"/>
    <w:rsid w:val="005C19FE"/>
    <w:rsid w:val="00AA1D8D"/>
    <w:rsid w:val="00AD162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E67BF"/>
  <w14:defaultImageDpi w14:val="300"/>
  <w15:docId w15:val="{A0A18077-3B7D-4474-961B-0D6E790A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dcterms:created xsi:type="dcterms:W3CDTF">2013-12-23T23:15:00Z</dcterms:created>
  <dcterms:modified xsi:type="dcterms:W3CDTF">2026-09-12T14:04:00Z</dcterms:modified>
  <cp:category/>
</cp:coreProperties>
</file>